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5311" w14:textId="77777777" w:rsidR="00F3602A" w:rsidRDefault="00000000">
      <w:pPr>
        <w:pStyle w:val="Titel"/>
      </w:pPr>
      <w:r>
        <w:rPr>
          <w:rFonts w:ascii="Aptos" w:hAnsi="Aptos"/>
        </w:rPr>
        <w:t>Cookiebeleid</w:t>
      </w:r>
    </w:p>
    <w:p w14:paraId="7726B1E0" w14:textId="77777777" w:rsidR="00F3602A" w:rsidRDefault="00000000">
      <w:pPr>
        <w:spacing w:after="320"/>
      </w:pPr>
      <w:r>
        <w:rPr>
          <w:i/>
          <w:sz w:val="18"/>
        </w:rPr>
        <w:t>Bånd Amsterdam  |  Laatst bijgewerkt: 8 september 2026</w:t>
      </w:r>
    </w:p>
    <w:p w14:paraId="2282E480" w14:textId="77777777" w:rsidR="00F3602A" w:rsidRDefault="00000000">
      <w:pPr>
        <w:spacing w:after="120"/>
      </w:pPr>
      <w:r>
        <w:t>Dit cookiebeleid legt uit welke cookies en vergelijkbare technieken Bånd Amsterdam op www.band-amsterdam.com kan gebruiken, waarom we deze gebruiken en welke keuzes je daarbij hebt.</w:t>
      </w:r>
    </w:p>
    <w:p w14:paraId="1284BB39" w14:textId="77777777" w:rsidR="00F3602A" w:rsidRDefault="00000000">
      <w:pPr>
        <w:pStyle w:val="Kop1"/>
        <w:spacing w:before="200" w:after="80"/>
      </w:pPr>
      <w:r>
        <w:t>1. Wat zijn cookies?</w:t>
      </w:r>
    </w:p>
    <w:p w14:paraId="090F4071" w14:textId="77777777" w:rsidR="00F3602A" w:rsidRDefault="00000000">
      <w:pPr>
        <w:spacing w:after="120"/>
      </w:pPr>
      <w:r>
        <w:t>Cookies zijn kleine tekstbestanden die bij een bezoek aan een website op je computer, tablet of telefoon kunnen worden opgeslagen. Sommige cookies zijn noodzakelijk om een website goed te laten werken. Andere cookies kunnen worden gebruikt om het gebruik van de website te analyseren of om content en marketing beter af te stemmen.</w:t>
      </w:r>
    </w:p>
    <w:p w14:paraId="2927F483" w14:textId="77777777" w:rsidR="00F3602A" w:rsidRDefault="00000000">
      <w:pPr>
        <w:pStyle w:val="Kop1"/>
        <w:spacing w:before="200" w:after="80"/>
      </w:pPr>
      <w:r>
        <w:t>2. Welke soorten cookies gebruiken wij?</w:t>
      </w:r>
    </w:p>
    <w:p w14:paraId="7CDC07AC" w14:textId="77777777" w:rsidR="00F3602A" w:rsidRDefault="00000000">
      <w:pPr>
        <w:spacing w:after="120"/>
      </w:pPr>
      <w:r>
        <w:t>Afhankelijk van de functies die op onze website actief zijn, kunnen wij de volgende categorieën gebruiken:</w:t>
      </w:r>
    </w:p>
    <w:p w14:paraId="201F59A2" w14:textId="77777777" w:rsidR="00F3602A" w:rsidRDefault="00000000">
      <w:pPr>
        <w:pStyle w:val="Lijstopsomteken"/>
        <w:spacing w:after="60"/>
      </w:pPr>
      <w:r>
        <w:t>Noodzakelijke cookies – nodig voor de technische werking, beveiliging en basisfunctionaliteit van de website. Voor deze cookies is doorgaans geen toestemming vereist.</w:t>
      </w:r>
    </w:p>
    <w:p w14:paraId="6DBE50F9" w14:textId="77777777" w:rsidR="00F3602A" w:rsidRDefault="00000000">
      <w:pPr>
        <w:pStyle w:val="Lijstopsomteken"/>
        <w:spacing w:after="60"/>
      </w:pPr>
      <w:r>
        <w:t>Voorkeurscookies – onthouden bepaalde keuzes of instellingen zodat de website prettiger werkt.</w:t>
      </w:r>
    </w:p>
    <w:p w14:paraId="39355858" w14:textId="77777777" w:rsidR="00F3602A" w:rsidRDefault="00000000">
      <w:pPr>
        <w:pStyle w:val="Lijstopsomteken"/>
        <w:spacing w:after="60"/>
      </w:pPr>
      <w:r>
        <w:t>Analytische cookies – helpen ons begrijpen hoe bezoekers de website gebruiken, bijvoorbeeld welke pagina’s worden bekeken en waar bezoekers afhaken. Waar toestemming wettelijk vereist is, plaatsen we deze pas na jouw keuze.</w:t>
      </w:r>
    </w:p>
    <w:p w14:paraId="4E8AF36C" w14:textId="77777777" w:rsidR="00F3602A" w:rsidRDefault="00000000">
      <w:pPr>
        <w:pStyle w:val="Lijstopsomteken"/>
        <w:spacing w:after="60"/>
      </w:pPr>
      <w:r>
        <w:t>Marketing- en socialmediacookies – kunnen worden gebruikt om advertenties te meten of relevanter te maken en om functies van externe platforms te tonen. Deze worden alleen geplaatst wanneer daarvoor toestemming is gegeven, voor zover de wet dat vereist.</w:t>
      </w:r>
    </w:p>
    <w:p w14:paraId="43A94CB4" w14:textId="77777777" w:rsidR="00F3602A" w:rsidRDefault="00000000">
      <w:pPr>
        <w:pStyle w:val="Kop1"/>
        <w:spacing w:before="200" w:after="80"/>
      </w:pPr>
      <w:r>
        <w:t>3. Toestemming en cookie-instellingen</w:t>
      </w:r>
    </w:p>
    <w:p w14:paraId="50F06065" w14:textId="77777777" w:rsidR="00F3602A" w:rsidRDefault="00000000">
      <w:pPr>
        <w:spacing w:after="120"/>
      </w:pPr>
      <w:r>
        <w:t>Bij je eerste bezoek kan een cookiebanner worden getoond. Via deze banner kun je, naast noodzakelijke cookies, zelf bepalen welke categorieën je toestaat. Je kunt je keuze later wijzigen of intrekken via de cookie-instellingen op de website. Het intrekken van toestemming heeft geen terugwerkende kracht.</w:t>
      </w:r>
    </w:p>
    <w:p w14:paraId="30AED5B7" w14:textId="77777777" w:rsidR="00F3602A" w:rsidRDefault="00000000">
      <w:pPr>
        <w:pStyle w:val="Kop1"/>
        <w:spacing w:before="200" w:after="80"/>
      </w:pPr>
      <w:r>
        <w:t>4. Cookies van derden</w:t>
      </w:r>
    </w:p>
    <w:p w14:paraId="3E498AD9" w14:textId="77777777" w:rsidR="00F3602A" w:rsidRDefault="00000000">
      <w:pPr>
        <w:spacing w:after="120"/>
      </w:pPr>
      <w:r>
        <w:t>Sommige functies op onze website kunnen worden geleverd door externe partijen, bijvoorbeeld voor website-analyse, video, kaarten, sociale media of marketing. Deze partijen kunnen eigen cookies of vergelijkbare technieken gebruiken. Hun privacy- en cookievoorwaarden zijn dan mede van toepassing.</w:t>
      </w:r>
    </w:p>
    <w:p w14:paraId="2660779B" w14:textId="77777777" w:rsidR="00F3602A" w:rsidRDefault="00000000">
      <w:pPr>
        <w:pStyle w:val="Kop1"/>
        <w:spacing w:before="200" w:after="80"/>
      </w:pPr>
      <w:r>
        <w:t>5. Actuele cookielijst</w:t>
      </w:r>
    </w:p>
    <w:p w14:paraId="5DD947CE" w14:textId="77777777" w:rsidR="00F3602A" w:rsidRDefault="00000000">
      <w:pPr>
        <w:spacing w:after="120"/>
      </w:pPr>
      <w:r>
        <w:t>De exacte cookies kunnen wijzigen wanneer wij onze website of gebruikte diensten aanpassen. De actuele cookielijst, inclusief aanbieder, doel en bewaartermijn, wordt bij voorkeur automatisch weergegeven via onze cookiebanner of cookie-instellingen. Controleer daarom altijd de cookiebanner op de website voor de meest actuele informatie.</w:t>
      </w:r>
    </w:p>
    <w:p w14:paraId="73A48326" w14:textId="77777777" w:rsidR="00F3602A" w:rsidRDefault="00000000">
      <w:pPr>
        <w:pStyle w:val="Kop1"/>
        <w:spacing w:before="200" w:after="80"/>
      </w:pPr>
      <w:r>
        <w:lastRenderedPageBreak/>
        <w:t>6. Cookies verwijderen of blokkeren</w:t>
      </w:r>
    </w:p>
    <w:p w14:paraId="0948366E" w14:textId="77777777" w:rsidR="00F3602A" w:rsidRDefault="00000000">
      <w:pPr>
        <w:spacing w:after="120"/>
      </w:pPr>
      <w:r>
        <w:t>Je kunt cookies ook via de instellingen van je browser verwijderen of blokkeren. Houd er rekening mee dat bepaalde onderdelen van de website hierdoor mogelijk minder goed functioneren.</w:t>
      </w:r>
    </w:p>
    <w:p w14:paraId="325CC38C" w14:textId="77777777" w:rsidR="00F3602A" w:rsidRDefault="00000000">
      <w:pPr>
        <w:pStyle w:val="Kop1"/>
        <w:spacing w:before="200" w:after="80"/>
      </w:pPr>
      <w:r>
        <w:t>7. Persoonsgegevens</w:t>
      </w:r>
    </w:p>
    <w:p w14:paraId="2BC6A46F" w14:textId="77777777" w:rsidR="00F3602A" w:rsidRDefault="00000000">
      <w:pPr>
        <w:spacing w:after="120"/>
      </w:pPr>
      <w:r>
        <w:t>Voor zover via cookies persoonsgegevens worden verwerkt, gebeurt dit overeenkomstig onze privacyverklaring en de toepasselijke privacywetgeving, waaronder de Algemene verordening gegevensbescherming (AVG).</w:t>
      </w:r>
    </w:p>
    <w:p w14:paraId="7E9EF03E" w14:textId="77777777" w:rsidR="00F3602A" w:rsidRDefault="00000000">
      <w:pPr>
        <w:pStyle w:val="Kop1"/>
        <w:spacing w:before="200" w:after="80"/>
      </w:pPr>
      <w:r>
        <w:t>8. Wijzigingen</w:t>
      </w:r>
    </w:p>
    <w:p w14:paraId="32736406" w14:textId="77777777" w:rsidR="00F3602A" w:rsidRDefault="00000000">
      <w:pPr>
        <w:spacing w:after="120"/>
      </w:pPr>
      <w:r>
        <w:t>Wij kunnen dit cookiebeleid aanpassen wanneer onze website, wetgeving of gebruikte technieken veranderen. De meest recente versie wordt op de website gepubliceerd.</w:t>
      </w:r>
    </w:p>
    <w:p w14:paraId="0FD10A6E" w14:textId="77777777" w:rsidR="00F3602A" w:rsidRDefault="00000000">
      <w:pPr>
        <w:pStyle w:val="Kop1"/>
        <w:spacing w:before="200" w:after="80"/>
      </w:pPr>
      <w:r>
        <w:t>9. Contact</w:t>
      </w:r>
    </w:p>
    <w:p w14:paraId="6189E60A" w14:textId="77777777" w:rsidR="00F3602A" w:rsidRDefault="00000000">
      <w:pPr>
        <w:spacing w:after="120"/>
      </w:pPr>
      <w:r>
        <w:t>Heb je vragen over ons gebruik van cookies? Neem dan contact op via laurence@band-amsterdam.com of +31 6 20 88 23 23.</w:t>
      </w:r>
    </w:p>
    <w:p w14:paraId="024B03CC" w14:textId="77777777" w:rsidR="00F3602A" w:rsidRDefault="00000000">
      <w:pPr>
        <w:spacing w:after="120"/>
      </w:pPr>
      <w:r>
        <w:t>Let op: dit document is een algemene websiteversie en moet aansluiten op de cookies en externe diensten die technisch daadwerkelijk op de website zijn geïnstalleerd. Laat de uiteindelijke inrichting van de cookiebanner en cookielijst daarom controleren op de gebruikte website- en marketingtools.</w:t>
      </w:r>
    </w:p>
    <w:sectPr w:rsidR="00F3602A" w:rsidSect="00034616">
      <w:footerReference w:type="default" r:id="rId8"/>
      <w:pgSz w:w="12240" w:h="15840"/>
      <w:pgMar w:top="1191" w:right="1304" w:bottom="1191"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2A4CB" w14:textId="77777777" w:rsidR="0063797C" w:rsidRDefault="0063797C">
      <w:pPr>
        <w:spacing w:after="0" w:line="240" w:lineRule="auto"/>
      </w:pPr>
      <w:r>
        <w:separator/>
      </w:r>
    </w:p>
  </w:endnote>
  <w:endnote w:type="continuationSeparator" w:id="0">
    <w:p w14:paraId="4ABEB854" w14:textId="77777777" w:rsidR="0063797C" w:rsidRDefault="00637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AB98D" w14:textId="77777777" w:rsidR="00F3602A" w:rsidRPr="008A5E9B" w:rsidRDefault="00000000">
    <w:pPr>
      <w:pStyle w:val="Voettekst"/>
      <w:jc w:val="center"/>
      <w:rPr>
        <w:lang w:val="nl-NL"/>
      </w:rPr>
    </w:pPr>
    <w:r w:rsidRPr="008A5E9B">
      <w:rPr>
        <w:sz w:val="16"/>
        <w:lang w:val="nl-NL"/>
      </w:rPr>
      <w:t>Bånd Amsterdam  •  KvK 76105563  •  laurence@band-amsterdam.com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C678C" w14:textId="77777777" w:rsidR="0063797C" w:rsidRDefault="0063797C">
      <w:pPr>
        <w:spacing w:after="0" w:line="240" w:lineRule="auto"/>
      </w:pPr>
      <w:r>
        <w:separator/>
      </w:r>
    </w:p>
  </w:footnote>
  <w:footnote w:type="continuationSeparator" w:id="0">
    <w:p w14:paraId="54F0275E" w14:textId="77777777" w:rsidR="0063797C" w:rsidRDefault="00637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1437746989">
    <w:abstractNumId w:val="8"/>
  </w:num>
  <w:num w:numId="2" w16cid:durableId="497887967">
    <w:abstractNumId w:val="6"/>
  </w:num>
  <w:num w:numId="3" w16cid:durableId="1039168423">
    <w:abstractNumId w:val="5"/>
  </w:num>
  <w:num w:numId="4" w16cid:durableId="200098180">
    <w:abstractNumId w:val="4"/>
  </w:num>
  <w:num w:numId="5" w16cid:durableId="625503129">
    <w:abstractNumId w:val="7"/>
  </w:num>
  <w:num w:numId="6" w16cid:durableId="1223103029">
    <w:abstractNumId w:val="3"/>
  </w:num>
  <w:num w:numId="7" w16cid:durableId="1440416001">
    <w:abstractNumId w:val="2"/>
  </w:num>
  <w:num w:numId="8" w16cid:durableId="714357850">
    <w:abstractNumId w:val="1"/>
  </w:num>
  <w:num w:numId="9" w16cid:durableId="87166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05D92"/>
    <w:rsid w:val="0063797C"/>
    <w:rsid w:val="008A5E9B"/>
    <w:rsid w:val="00AA1D8D"/>
    <w:rsid w:val="00B47730"/>
    <w:rsid w:val="00CB0664"/>
    <w:rsid w:val="00F360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1D046D"/>
  <w14:defaultImageDpi w14:val="300"/>
  <w15:docId w15:val="{1CE8D4DB-2EC8-1148-9E45-99ACDE0E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rPr>
      <w:rFonts w:ascii="Aptos" w:hAnsi="Aptos"/>
      <w:sz w:val="21"/>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0"/>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497</Words>
  <Characters>3067</Characters>
  <Application>Microsoft Office Word</Application>
  <DocSecurity>0</DocSecurity>
  <Lines>49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Laurence Kies | VITIQ</cp:lastModifiedBy>
  <cp:revision>2</cp:revision>
  <dcterms:created xsi:type="dcterms:W3CDTF">2026-09-08T07:30:00Z</dcterms:created>
  <dcterms:modified xsi:type="dcterms:W3CDTF">2026-09-08T07:30:00Z</dcterms:modified>
  <cp:category/>
</cp:coreProperties>
</file>